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CF692E" w14:paraId="3FAADE9F" w14:textId="77777777" w:rsidTr="00802F99">
        <w:trPr>
          <w:trHeight w:val="1585"/>
        </w:trPr>
        <w:tc>
          <w:tcPr>
            <w:tcW w:w="2115" w:type="dxa"/>
          </w:tcPr>
          <w:p w14:paraId="048EBE20" w14:textId="77777777" w:rsidR="00CF692E" w:rsidRDefault="00000000">
            <w:r>
              <w:rPr>
                <w:noProof/>
              </w:rPr>
              <w:drawing>
                <wp:inline distT="0" distB="0" distL="0" distR="0" wp14:anchorId="4E3898E7" wp14:editId="6C4EBDFE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7320780F" w14:textId="15669D12" w:rsidR="00CF692E" w:rsidRDefault="00000000" w:rsidP="00802F99">
            <w:pPr>
              <w:spacing w:before="160"/>
              <w:jc w:val="center"/>
            </w:pPr>
            <w:r w:rsidRPr="00802F99">
              <w:rPr>
                <w:b/>
              </w:rPr>
              <w:t>T.C.</w:t>
            </w:r>
            <w:r w:rsidRPr="00802F99">
              <w:rPr>
                <w:b/>
              </w:rPr>
              <w:br/>
            </w:r>
            <w:r>
              <w:rPr>
                <w:b/>
              </w:rPr>
              <w:t>KAHRAMANMARAŞ SÜTÇÜ İMAM</w:t>
            </w:r>
            <w:r w:rsidR="00802F99">
              <w:rPr>
                <w:b/>
              </w:rPr>
              <w:t xml:space="preserve"> </w:t>
            </w:r>
            <w:r>
              <w:rPr>
                <w:b/>
              </w:rPr>
              <w:t>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192B4751" w14:textId="51AC8F09" w:rsidR="00CF692E" w:rsidRPr="00802F99" w:rsidRDefault="00802F99" w:rsidP="00802F99">
      <w:pPr>
        <w:pBdr>
          <w:bottom w:val="single" w:sz="10" w:space="0" w:color="C59C57"/>
        </w:pBdr>
        <w:spacing w:after="420"/>
        <w:jc w:val="center"/>
        <w:rPr>
          <w:b/>
          <w:bCs/>
        </w:rPr>
      </w:pPr>
      <w:r w:rsidRPr="00802F99">
        <w:rPr>
          <w:b/>
          <w:bCs/>
        </w:rPr>
        <w:t>KAYIT DONDURMA DİLEKÇESİ</w:t>
      </w:r>
    </w:p>
    <w:p w14:paraId="525C0CB8" w14:textId="77777777" w:rsidR="00CF692E" w:rsidRDefault="00000000">
      <w:pPr>
        <w:spacing w:after="480"/>
        <w:jc w:val="center"/>
      </w:pPr>
      <w:r>
        <w:rPr>
          <w:b/>
        </w:rPr>
        <w:t>LİSANSÜSTÜ EĞİTİM ENSTİTÜSÜ MÜDÜRLÜĞÜNE</w:t>
      </w:r>
    </w:p>
    <w:p w14:paraId="3060CC5B" w14:textId="77777777" w:rsidR="00CF692E" w:rsidRDefault="00000000" w:rsidP="00221031">
      <w:pPr>
        <w:ind w:firstLine="720"/>
        <w:jc w:val="both"/>
      </w:pPr>
      <w:r>
        <w:t>Enstitünüzün ................................................ Ana Bilim Dalı ................................ numaralı Tezli Yüksek Lisans / Doktora programı .................... yarıyıl öğrencisiyim. Aşağıda belirttiğim ve ekte sunduğum belge uyarınca öğrenim süremi ........................ Eğitim-Öğretim yılı ........................ döneminden itibaren .................... yarıyıl dondurmak istiyorum.</w:t>
      </w:r>
    </w:p>
    <w:p w14:paraId="0C8C8CEA" w14:textId="77777777" w:rsidR="00CF692E" w:rsidRDefault="00000000" w:rsidP="00221031">
      <w:pPr>
        <w:spacing w:after="560"/>
        <w:ind w:firstLine="720"/>
      </w:pPr>
      <w:r>
        <w:t>Gereğini saygılarımla arz ederim.      .... / .... / 202..</w:t>
      </w:r>
    </w:p>
    <w:p w14:paraId="78FB3B87" w14:textId="77777777" w:rsidR="00221031" w:rsidRDefault="00221031" w:rsidP="00221031">
      <w:pPr>
        <w:ind w:left="4253" w:firstLine="1559"/>
      </w:pPr>
      <w:r>
        <w:t>Adı soyadı :  .......................................</w:t>
      </w:r>
    </w:p>
    <w:p w14:paraId="351FF2FD" w14:textId="09CC2D87" w:rsidR="00221031" w:rsidRDefault="00221031" w:rsidP="00221031">
      <w:pPr>
        <w:ind w:left="4253" w:firstLine="1559"/>
      </w:pPr>
      <w:r>
        <w:t>İmza           :  .......................................</w:t>
      </w:r>
    </w:p>
    <w:p w14:paraId="122CF10C" w14:textId="77777777" w:rsidR="00221031" w:rsidRDefault="00221031" w:rsidP="00221031">
      <w:pPr>
        <w:rPr>
          <w:b/>
        </w:rPr>
      </w:pPr>
    </w:p>
    <w:p w14:paraId="152FBBA4" w14:textId="77777777" w:rsidR="00221031" w:rsidRDefault="00221031" w:rsidP="00221031">
      <w:pPr>
        <w:rPr>
          <w:b/>
        </w:rPr>
      </w:pPr>
    </w:p>
    <w:p w14:paraId="22B238F5" w14:textId="2CD86E73" w:rsidR="00CF692E" w:rsidRDefault="00000000" w:rsidP="00221031">
      <w:r>
        <w:rPr>
          <w:b/>
        </w:rPr>
        <w:t xml:space="preserve">Adres : </w:t>
      </w:r>
      <w:r>
        <w:t>...........................................................................................</w:t>
      </w:r>
    </w:p>
    <w:p w14:paraId="2A3FC7A7" w14:textId="77777777" w:rsidR="00CF692E" w:rsidRDefault="00000000" w:rsidP="00221031">
      <w:r>
        <w:rPr>
          <w:b/>
        </w:rPr>
        <w:t xml:space="preserve">GSM : </w:t>
      </w:r>
      <w:r>
        <w:t>............................................................................................</w:t>
      </w:r>
    </w:p>
    <w:p w14:paraId="6BDB116E" w14:textId="7B4F50B7" w:rsidR="00CF692E" w:rsidRDefault="00000000" w:rsidP="00221031">
      <w:pPr>
        <w:rPr>
          <w:b/>
        </w:rPr>
      </w:pPr>
      <w:r>
        <w:rPr>
          <w:b/>
        </w:rPr>
        <w:t xml:space="preserve">E-posta : </w:t>
      </w:r>
      <w:r>
        <w:t>........................................................................................</w:t>
      </w:r>
    </w:p>
    <w:p w14:paraId="64B98D02" w14:textId="77777777" w:rsidR="00802F99" w:rsidRPr="00802F99" w:rsidRDefault="00802F99" w:rsidP="00802F99"/>
    <w:p w14:paraId="2C949E77" w14:textId="77777777" w:rsidR="00802F99" w:rsidRPr="00802F99" w:rsidRDefault="00802F99" w:rsidP="00802F99"/>
    <w:p w14:paraId="1AF8CE15" w14:textId="792CEDEB" w:rsidR="00802F99" w:rsidRPr="00802F99" w:rsidRDefault="00802F99" w:rsidP="00802F99">
      <w:r w:rsidRPr="00221031">
        <w:rPr>
          <w:b/>
          <w:bCs/>
        </w:rPr>
        <w:t>Ek:</w:t>
      </w:r>
      <w:r>
        <w:t xml:space="preserve"> Kayıt dondurma gerekçesine ilişkin belge</w:t>
      </w:r>
    </w:p>
    <w:sectPr w:rsidR="00802F99" w:rsidRPr="00802F99" w:rsidSect="00034616">
      <w:pgSz w:w="11906" w:h="16838"/>
      <w:pgMar w:top="822" w:right="1219" w:bottom="822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9755991">
    <w:abstractNumId w:val="8"/>
  </w:num>
  <w:num w:numId="2" w16cid:durableId="2049139998">
    <w:abstractNumId w:val="6"/>
  </w:num>
  <w:num w:numId="3" w16cid:durableId="67771614">
    <w:abstractNumId w:val="5"/>
  </w:num>
  <w:num w:numId="4" w16cid:durableId="408693459">
    <w:abstractNumId w:val="4"/>
  </w:num>
  <w:num w:numId="5" w16cid:durableId="431322069">
    <w:abstractNumId w:val="7"/>
  </w:num>
  <w:num w:numId="6" w16cid:durableId="1029642688">
    <w:abstractNumId w:val="3"/>
  </w:num>
  <w:num w:numId="7" w16cid:durableId="208031467">
    <w:abstractNumId w:val="2"/>
  </w:num>
  <w:num w:numId="8" w16cid:durableId="1287084308">
    <w:abstractNumId w:val="1"/>
  </w:num>
  <w:num w:numId="9" w16cid:durableId="2524697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04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4F6"/>
    <w:rsid w:val="0015074B"/>
    <w:rsid w:val="00221031"/>
    <w:rsid w:val="0029639D"/>
    <w:rsid w:val="00326F90"/>
    <w:rsid w:val="00802F99"/>
    <w:rsid w:val="00AA1D8D"/>
    <w:rsid w:val="00B47730"/>
    <w:rsid w:val="00CB0664"/>
    <w:rsid w:val="00CF69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806F89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2026-09-24T07:59:00Z</dcterms:created>
  <dcterms:modified xsi:type="dcterms:W3CDTF">2026-09-24T07:59:00Z</dcterms:modified>
  <cp:category/>
</cp:coreProperties>
</file>